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בלשי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רמזים ופרטים חשובים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מהקשר ולזהות שורשים משותפים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 שגיא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בחדר השחזור במגדל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החוויר מרוב בהלה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התקהלו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(צורה של ארבע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(התאספו יחד במקום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(נוצר בה קו שבר דק)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שורשים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'ציורה' הוא ציור אחד שלה, ואילו 'ציוריה' הם כמה ציורים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פרטים מהסיפור (הקיר, המסגרת, השמות), שפה ברורה ורציפה, והתייחסות לרגשות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הרמז: ההבדל בין 'ציורה' ל'ציוריה'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המילה 'שחזור' כתיקון והחזרה למצב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הרגש (בהלה/פחד) והסיבה - הציור נעלם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עבודת בלש לפני הקריאה, כפי שמוצע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הדקדוקי בין 'ציורה' ל'ציוריה' כדוגמה לחשיבות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ולהתמקד בהבנה הבסיסית של העלילה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תעלומת הציור שנעלם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הבנת הנקרא על סיפור בלשי קצר שמתרחש בבית אמנות, שבו נעלם ציור מפורסם ועידו פותר את התעלומה בעזרת מילה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החוויר  ·  התקהלו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הייתה הציירת שציורה נעלם מבית האמנות?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 שגיא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נמצא הציור בסופו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בחדר השחזור במגדל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במחסן התת-קרקעי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אצל נועה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'שדה החמניות' הוא ציור של תמר שגיא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אברהם השומר היה רגוע לגמרי כששם לב שהציור נעלם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כשהשומר נבהל מאוד למראה הקיר הריק,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תלמידי הכיתה __________ סביב הקיר הריק כדי להבין מה 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נוצר בה קו שבר 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התקהלו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צורה של ארבע 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נסדקה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התאספו יחד במקום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לשון: שורשים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במשמעות בין המילים 'ציורה' ו'ציוריה'?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המשך קצרה: תארו איך כיתה ח׳3 מגיבה כשרונית מחזירה את 'שדה החמניות' לקיר, כעבור שבוע, במסגרת חדשה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הרמז המרכזי שעזר לעידו לפתור את התעלומה?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'השחזור' בהקשר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תעלומת הציור שנעלם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