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תעלומת הציור שנעלם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בלשי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רמזים ופרטים חשובים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מהקשר ולזהות שורשים משותפים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 שגיא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בחדר השחזור במגדל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שמדובר בציור אחד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רונית המשחזרת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הרוח הפילה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החוויר מרוב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הרמז שעזר לו לפתור את התעלומה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רונית היא המשחזרת שמתקנת 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רונית הבטיחה להחזירו רק תוך שבוע, במסגרת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התקהלו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(צורה של ארבע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(התאספו יחד במקום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(תיקון והחזרה למצב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(נוצר בה קו שבר דק)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(הרגשה לא נעימה, קצת בושה)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שורשים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'ציורה' הוא ציור אחד שלה, ואילו 'ציוריה' הם כמה ציורים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השורש ח.ז.ר, שמשמעותו לחזור או להחזיר משהו למצבו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הוא אהב חידות של מילים ושם לב שמילה מדויקת אחת יכולה לשנות את המשמעות של כל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פרטים מהסיפור (הקיר, המסגרת, השמות), שפה ברורה ורציפה, והתייחסות לרגשות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הרמז: ההבדל בין 'ציורה' ל'ציוריה'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המילה 'שחזור' כתיקון והחזרה למצב 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הרגש (בהלה/פחד) והסיבה - הציור נעלם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עבודת בלש לפני הקריאה, כפי שמוצע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את ההבדל הדקדוקי בין 'ציורה' ל'ציוריה' כדוגמה לחשיבות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ולהתמקד בהבנה הבסיסית של העלילה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תעלומת הציור שנעלם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סיפור קצר על ציור שנעלם מבית אמנות. ילד בשם עידו פותר את התעלומה. תענו על שאלות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מלבן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ארבע צלעות, כמו דלת או 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החוויר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פניו נעשו לבנים מרוב בהלה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התקהלו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התאספו יחד במקום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השחזור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של חפץ ישן או פגום והחזרתו למצבו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נסדקה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בה סדק, קו שבר דק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במבוכה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בהרגשה לא נעימה, קצת בושה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בהקלה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בהרגשה שהדאגה עברה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שחוקר ופותר תעלומות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ציירה את הציור שנעלם?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 שגיא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מצאו את הציור?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 השחזור במגדל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במחסן התת-קרקעי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נועה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ברחוב ליד בית האמנות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הבין עידו מהמילה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שמדובר בציור אחד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שמדובר בכמה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שהציור שייך לרונית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שהציור נגנב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אברהם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רונית המשחזרת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הפתק היה על הרצפה?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 הפילה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גנב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 הפיל אותו בטעות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מעולם לא היה תלוי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'שדה החמניות' הוא ציור של תמר שגיא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השומר היה רגוע לגמרי כששם לב שהציור נעלם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שם לב להבדל בין הצורות 'ציורה' ו'ציוריה'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רונית היא השומרת הראשית של בית האמנות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הציור הוחזר לקיר מיד באותו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כשהשומר נבהל מאוד למראה הקיר הריק,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תלמידי הכיתה __________ סביב הקיר הריק כדי להבין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רונית עובדת בחדר ה__________, שם מתקנים ציורים ישנים ופגומים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המסגרת של הציור __________, ולכן נוצר בה קו שבר 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הסיפור המדריכה צחקה ב__________ כששמעה שהציור בטוח ושלם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התאספו יחד במקום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התקהלו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הרגשה לא נעימה, קצת 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צורה של ארבע צלעות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נסדקה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תיקון והחזרה למצב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במבוכה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נוצר בה קו שבר דק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שורשים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במשמעות בין המילים 'ציורה' ו'ציוריה'?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המשותף למילים 'השחזור' ו'החזיר'?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עידו שם לב דווקא למילה אחת בפתק, ולא רק לכל המשפט?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המשך קצרה: תארו איך כיתה ח׳3 מגיבה כשרונית מחזירה את 'שדה החמניות' לקיר, כעבור שבוע, במסגרת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הרמז המרכזי שעזר לעידו לפתור את התעלומה?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'השחזור' בהקשר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הרגיש השומר אברהם בתחילת הסיפור,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תעלומת הציור שנעלם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