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תעלומת הציור שנעלם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בסיפור בלשי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רמזים ופרטים חשובים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משמעות מילים מהקשר ולזהות שורשים משותפים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תמר שגיא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בחדר השחזור במגדל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שמדובר בציור אחד של תמר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רונית המשחזרת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הרוח הפילה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בטקסט בפירוש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החוויר מרוב בהלה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היה הרמז שעזר לו לפתור את התעלומה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רונית היא המשחזרת שמתקנת ציורים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רונית הבטיחה להחזירו רק תוך שבוע, במסגרת חדשה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החוויר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התקהלו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שחזור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נסדקה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הקלה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(צורה של ארבע צלעות)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(התאספו יחד במקום אחד)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(תיקון והחזרה למצב המקורי)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(נוצר בה קו שבר דק)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(הרגשה לא נעימה, קצת בושה)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לשון: שורשים ומשמעות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'ציורה' הוא ציור אחד שלה, ואילו 'ציוריה' הם כמה ציורים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השורש ח.ז.ר, שמשמעותו לחזור או להחזיר משהו למצבו הקודם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 הוא אהב חידות של מילים ושם לב שמילה מדויקת אחת יכולה לשנות את המשמעות של כל המשפט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לכלול פרטים מהסיפור (הקיר, המסגרת, השמות), שפה ברורה ורציפה, והתייחסות לרגשות הדמויות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הרמז: ההבדל בין 'ציורה' ל'ציוריה'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הבנת המילה 'שחזור' כתיקון והחזרה למצב מקורי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הרגש (בהלה/פחד) והסיבה - הציור נעלם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קצרה על עבודת בלש לפני הקריאה, כפי שמוצע בדף המקורי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בכיתה את ההבדל הדקדוקי בין 'ציורה' ל'ציוריה' כדוגמה לחשיבות מילה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המותאמת ניתן להשמיט את הפריטים המסומנים כקשים ולהתמקד בהבנה הבסיסית של העלילה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תעלומת הציור שנעלם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תתרגלו הבנת הנקרא על סיפור בלשי קצר שמתרחש בבית אמנות, שבו נעלם ציור מפורסם ועידו פותר את התעלומה בעזרת מילה אחת.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הייתה הציירת שציורה נעלם מבית האמנות?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תמר שגיא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אברהם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היכן נמצא הציור בסופו של דבר?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בחדר השחזור במגדל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במחסן התת-קרקעי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אצל נועה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ברחוב ליד בית האמנות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הבין עידו מהמילה 'ציורה' בפתק?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שמדובר בציור אחד של תמר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שמדובר בכמה ציורים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שהציור שייך לרונית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שהציור נגנב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כתב את הפתק שנמצא ליד הקיר?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אברהם השומר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רונית המשחזרת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יונתן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הפתק נמצא על הרצפה ולא על הקיר?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הרוח הפילה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מישהו גנב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עידו הפיל אותו בטעות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מעולם לא היה תלוי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'שדה החמניות' הוא ציור של תמר שגיא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אברהם השומר היה רגוע לגמרי כששם לב שהציור נעלם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עידו שם לב להבדל בין הצורות 'ציורה' ו'ציוריה'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רונית היא השומרת הראשית של בית האמנות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הסיפור הציור הוחזר לקיר מיד באותו 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כשהשומר נבהל מאוד למראה הקיר הריק,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כל תלמידי הכיתה __________ סביב הקיר הריק כדי להבין מה קרה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רונית עובדת בחדר ה__________, שם מתקנים ציורים ישנים ופגומים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המסגרת של הציור __________, ולכן נוצר בה קו שבר דק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בסוף הסיפור המדריכה צחקה ב__________ כששמעה שהציור בטוח ושלם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להסבר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מלבן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נוצר בה קו שבר דק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התקהלו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צורה של ארבע צלעות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השחזור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התאספו יחד במקום אחד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נסדקה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הרגשה לא נעימה, קצת בושה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במבוכה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תיקון והחזרה למצב המקורי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לשון: שורשים ומשמעות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במשמעות בין המילים 'ציורה' ו'ציוריה'?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השורש המשותף למילים 'השחזור' ו'החזיר'?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עידו שם לב דווקא למילה אחת בפתק, ולא רק לכל המשפט?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פסקת המשך קצרה: תארו איך כיתה ח׳3 מגיבה כשרונית מחזירה את 'שדה החמניות' לקיר, כעבור שבוע, במסגרת חדשה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היה הרמז המרכזי שעזר לעידו לפתור את התעלומה?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פירוש המילה 'השחזור' בהקשר הסיפור?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הרגיש השומר אברהם בתחילת הסיפור,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תעלומת הציור שנעלם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